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i w:val="0"/>
          <w:color w:val="E2231A"/>
          <w:sz w:val="16"/>
        </w:rPr>
        <w:t>IFRC WASH TOOL · TROUBLESHOOTING CHART</w:t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333333"/>
          <w:sz w:val="36"/>
        </w:rPr>
        <w:t>Troubleshooting chart: boreholes with submersible pumps</w:t>
      </w:r>
    </w:p>
    <w:p>
      <w:pPr>
        <w:spacing w:after="200"/>
        <w:pBdr>
          <w:bottom w:val="single" w:sz="8" w:space="4" w:color="E2231A"/>
        </w:pBdr>
      </w:pPr>
      <w:r>
        <w:rPr>
          <w:rFonts w:ascii="Arial" w:hAnsi="Arial" w:eastAsia="Arial"/>
          <w:b w:val="0"/>
          <w:i w:val="0"/>
          <w:color w:val="666666"/>
          <w:sz w:val="18"/>
        </w:rPr>
        <w:t>Module 2, Topic 9: Boreholes with submersible pumps  ·  Troubleshooting chart  ·  Curriculum pp. 60–61</w:t>
      </w:r>
    </w:p>
    <w:p>
      <w:pPr>
        <w:spacing w:after="80"/>
      </w:pPr>
      <w:r>
        <w:rPr>
          <w:rFonts w:ascii="Arial" w:hAnsi="Arial" w:eastAsia="Arial"/>
          <w:b w:val="0"/>
          <w:i w:val="0"/>
          <w:sz w:val="19"/>
        </w:rPr>
        <w:t>Potential unexpected problems, their probable causes and possible solutions. Use this chart in training and keep a copy at the site. Seek technical assistance if a problem cannot be solved with these steps.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Pump fails to start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Broken or loose electric connection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Blown fuse - check the installation before replacing fuses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Motor overload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Low voltage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Damaged supply cable insulation; check insulation resistance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Cable - cable joint or motor windings may be wet or earthed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Impeller plugged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(Pump blocked with sand)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Check power source.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Check switches.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Check fuses.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Call for technical assistance.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No water from borehole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No power to pump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Pump is faulty and not working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Pump not submerged (pump set too high or water level has fallen)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Pump rotating in the wrong direction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Leak(s) in riser pipe joints or corroded pipe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Riser pipe joint threads corroded and disconnected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Non-return valve in pump blocked or corroded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Valves or discharge line blocked, damaged or not fully open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Worn pump due to pumping sand or other particles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Blocked or damaged borehole screen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Pumping head too high for pump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Strainer or impellers blocked with sand or chemical deposits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Check power source.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Check switches.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Check fuses.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Check depth of water in borehole.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Call for technical assistance.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Pump turns on and off frequently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Excessive drawdown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Capacity of pump exceeds borehole yield so water level drops below level of pump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Call for technical assistance to investigate in detail. This may require test pumping, monitoring water level in borehole, changing pump, or lowering pump in borehole.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Pump overload switch trips out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Current overload or motor temperature sensor - possible causes: blockage, insufficient flow of water over motor, overload due to mechanical problems, low voltage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Under-voltage - low voltage on supply system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Incorrect oil level in dashpot operated overloads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Low-level cut-out – excessive drawdown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Incorrect overload settings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Call for technical assistance.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Check all settings.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Borehole delivering less water than expected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Screens are blocked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Leaks in riser pipe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Call for technical assistance to determine whether plunging of the borehole will result in improved yield.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Remove riser pipe and repair or replace.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Persistent case of sediments in borehole water (i.e., not immediately after borehole development)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Sediments are passing through the screens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Depending on the nature of the sediments, the sediments may be damaging to the pump.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Check the water quality.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Water quality is too saline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Water in the aquifer is saline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This is a feature of the aquifer and only surface treatment of the water (through reverse osmosis) can be used to make water potable.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 w:eastAsia="Arial"/>
        <w:b w:val="0"/>
        <w:i w:val="0"/>
        <w:color w:val="666666"/>
        <w:sz w:val="14"/>
      </w:rPr>
      <w:t>Source: IFRC, Training Curriculum for Community-based Volunteers: Repair and Maintenance of Water Supply Systems (ECHO DRR Project, Kenya and Uganda), 2013. © International Federation of Red Cross and Red Crescent Societies. Copies may be made for noncommercial use, provided the source is acknowledged.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