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eastAsia="Arial"/>
          <w:b/>
          <w:i w:val="0"/>
          <w:color w:val="E2231A"/>
          <w:sz w:val="16"/>
        </w:rPr>
        <w:t>IFRC WASH TOOL · TROUBLESHOOTING CHART</w:t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333333"/>
          <w:sz w:val="36"/>
        </w:rPr>
        <w:t>Troubleshooting chart: consumer water points (taps, kiosks, cattle troughs, meters)</w:t>
      </w:r>
    </w:p>
    <w:p>
      <w:pPr>
        <w:spacing w:after="200"/>
        <w:pBdr>
          <w:bottom w:val="single" w:sz="8" w:space="4" w:color="E2231A"/>
        </w:pBdr>
      </w:pPr>
      <w:r>
        <w:rPr>
          <w:rFonts w:ascii="Arial" w:hAnsi="Arial" w:eastAsia="Arial"/>
          <w:b w:val="0"/>
          <w:i w:val="0"/>
          <w:color w:val="666666"/>
          <w:sz w:val="18"/>
        </w:rPr>
        <w:t>Module 2, Topic 4: Consumer points  ·  Troubleshooting chart  ·  Curriculum pp. 34–35</w:t>
      </w:r>
    </w:p>
    <w:p>
      <w:pPr>
        <w:spacing w:after="80"/>
      </w:pPr>
      <w:r>
        <w:rPr>
          <w:rFonts w:ascii="Arial" w:hAnsi="Arial" w:eastAsia="Arial"/>
          <w:b w:val="0"/>
          <w:i w:val="0"/>
          <w:sz w:val="19"/>
        </w:rPr>
        <w:t>Potential unexpected problems, their probable causes and possible solutions. Use this chart in training and keep a copy at the site. Seek technical assistance if a problem cannot be solved with these steps.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top w:w="60" w:type="dxa"/>
          <w:left w:w="90" w:type="dxa"/>
          <w:bottom w:w="60" w:type="dxa"/>
          <w:right w:w="90" w:type="dxa"/>
        </w:tblCellMar>
        <w:tblW w:w="9639" w:type="dxa"/>
      </w:tblPr>
      <w:tblGrid>
        <w:gridCol w:w="2120"/>
        <w:gridCol w:w="3277"/>
        <w:gridCol w:w="4241"/>
      </w:tblGrid>
      <w:tr>
        <w:trPr>
          <w:tblHeader w:val="true"/>
        </w:trPr>
        <w:tc>
          <w:tcPr>
            <w:tcW w:type="dxa" w:w="2120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Problem</w:t>
            </w:r>
          </w:p>
        </w:tc>
        <w:tc>
          <w:tcPr>
            <w:tcW w:type="dxa" w:w="3277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Probable cause</w:t>
            </w:r>
          </w:p>
        </w:tc>
        <w:tc>
          <w:tcPr>
            <w:tcW w:type="dxa" w:w="4241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Possible solution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Leaking service or gate valve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Worn-out valve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Replace the valve. Check that the valve is not being used where a tap is more appropriate.</w:t>
            </w:r>
          </w:p>
        </w:tc>
      </w:tr>
      <w:t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Little or no water flowing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Storage tank empty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Tank outlet pipe blocked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Distribution pipe leaking or broken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Airlock in distribution pipe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Service or gate valve blocked or closed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Meter blocked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Check the flow in the transmission pipeline.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Check the strainer and outlet valve.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Repair the pipe.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Check/open the nearest air valve.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Remove and clear the valve (replace if necessary).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Remove and clean the sieve/filter in meter.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Continuous leak from tap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Worn-out screw thread in upper tap assembly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Worn-out washer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Replace the tap.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Replace the washer (see Handout 2).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Silty/Muddy water flow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Silt/mud in tank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Silt/mud in pipes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De-silt the tank.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Open all washouts.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Air coming through meter and tap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Air in pipe – indicates that tank goes empty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Check the air valves; check operation of the tank.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Hammer noise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Rapid flow that is turned on/off too rapidly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Slow opening/closing of the gate valves/taps.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Poor water quality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Contaminated raw water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Poor storage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Leaks in pipelines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Review the water system from intake to consumer points to check for source of contamination.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Take water-quality sample and analyse to establish the nature of the pollutants and a proper solution.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Arial" w:hAnsi="Arial" w:eastAsia="Arial"/>
        <w:b w:val="0"/>
        <w:i w:val="0"/>
        <w:color w:val="666666"/>
        <w:sz w:val="14"/>
      </w:rPr>
      <w:t>Source: IFRC, Training Curriculum for Community-based Volunteers: Repair and Maintenance of Water Supply Systems (ECHO DRR Project, Kenya and Uganda), 2013. © International Federation of Red Cross and Red Crescent Societies. Copies may be made for noncommercial use, provided the source is acknowledged.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