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solar-powered pump systems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13: Solar-powered pump systems  ·  Troubleshooting chart  ·  Curriculum p. 92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Low or no power, or slow motor (less water is being pumped)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Poor electrical connection due to dirt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Wet or corroded terminals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Insufficient sunlight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Dusty solar panels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Clean, dry or replace the terminals.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Remove any dust.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System switching on and off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Inverter or regulator poorly installed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Install away from sunlight and water.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Motor stops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Worn-out brushes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Replace the brushes.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Water leaking from discharge head (mono pump)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Leaking pump gland Seal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Tighten the pump gland nuts slightly (do not over-tighten).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